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OŚWIADCZENIE DOTYCZĄCE WYKLUCZENIA ZWIĄZANEGO Z DZIAŁANIAMI ROSJI</w:t>
      </w:r>
    </w:p>
    <w:p>
      <w:pPr>
        <w:pStyle w:val="Subtitle"/>
      </w:pPr>
      <w:r>
        <w:t>Załącznik nr 4 do zapytania SPZOZ/POZ/ROB/01/2026</w:t>
      </w:r>
    </w:p>
    <w:p>
      <w:pPr>
        <w:pStyle w:val="Caption"/>
      </w:pPr>
      <w:r>
        <w:t>SPZOZ w Przytyku · Podgajek, ul. Kościelna 15, 26-650 Przytyk · NIP 9482131483 · spzozprzytyk@op.pl</w:t>
      </w:r>
    </w:p>
    <w:p>
      <w:r>
        <w:t>Wykonawca: ...........................................................................................................................</w:t>
      </w:r>
    </w:p>
    <w:p>
      <w:r>
        <w:t>Oświadczam, że w stosunku do reprezentowanego wykonawcy nie występują przesłanki wykluczenia związane z sankcjami wobec Rosji wynikające z mających zastosowanie przepisów, w szczególności art. 5k rozporządzenia Rady (UE) nr 833/2014 (jeżeli znajduje zastosowanie) i art. 7 ustawy z dnia 13 kwietnia 2022 r. o szczególnych rozwiązaniach w zakresie przeciwdziałania wspieraniu agresji na Ukrainę oraz służących ochronie bezpieczeństwa narodowego. Nie jest on podmiotem objętym stosownymi zakazami, ani nie uczestniczy w udzieleniu zamówienia w sposób prowadzący do naruszenia tych zakazów.</w:t>
      </w:r>
    </w:p>
    <w:p>
      <w:r>
        <w:t>Zobowiązuję się niezwłocznie poinformować Zamawiającego o zmianie okoliczności objętych oświadczeniem. Jestem świadomy(-a) odpowiedzialności za złożenie nieprawdziwego oświadczenia.</w:t>
      </w:r>
    </w:p>
    <w:p>
      <w:r>
        <w:t>Miejscowość, data: ...........................................     Podpis osoby uprawnionej: 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FEnIKS POZ · SPZOZ/POZ/ROB/01/2026 · 26.10.2026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35040" cy="85779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naki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85779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03C6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