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OŚWIADCZENIE WYKONAWCY</w:t>
      </w:r>
    </w:p>
    <w:p>
      <w:pPr>
        <w:pStyle w:val="Subtitle"/>
      </w:pPr>
      <w:r>
        <w:t>Załącznik nr 3 do zapytania SPZOZ/POZ/ROB/01/2026</w:t>
      </w:r>
    </w:p>
    <w:p>
      <w:pPr>
        <w:pStyle w:val="Caption"/>
      </w:pPr>
      <w:r>
        <w:t>SPZOZ w Przytyku · Podgajek, ul. Kościelna 15, 26-650 Przytyk · NIP 9482131483 · spzozprzytyk@op.pl</w:t>
      </w:r>
    </w:p>
    <w:p>
      <w:r>
        <w:t>Wykonawca: ...........................................................................................................................</w:t>
      </w:r>
    </w:p>
    <w:p>
      <w:r>
        <w:t>Oświadczam, że posiadam wiedzę, możliwości organizacyjne, potencjał techniczny i personel uprawniony do wykonania robót objętych zamówieniem; w szczególności zapewnię wymagane uprawnienia i kwalifikacje do prac elektrycznych i instalacyjnych oraz wykonam próby, pomiary i dokumentację odbiorową.</w:t>
      </w:r>
    </w:p>
    <w:p>
      <w:r>
        <w:t>Oświadczam, że zapoznałem(-am) się z OPZ, uwzględniłem(-am) warunki prowadzenia robót w funkcjonującym zakładzie opieki zdrowotnej, wszystkie koszty i ryzyka wykonawcze, nie proponuję odstępstw sprzecznych z OPZ oraz akceptuję projekt umowy. Dane podane w ofercie są prawdziwe.</w:t>
      </w:r>
    </w:p>
    <w:p>
      <w:r>
        <w:t>Oświadczam, że nie uczestniczę w niedopuszczalnym konflikcie interesów z Zamawiającym i ujawnię niezwłocznie wszelkie okoliczności, które mogłyby wpływać na bezstronność postępowania.</w:t>
      </w:r>
    </w:p>
    <w:p>
      <w:r>
        <w:t>Miejscowość, data: ...........................................     Podpis osoby uprawnionej: ...........................................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FEnIKS POZ · SPZOZ/POZ/ROB/01/2026 · 26.10.2026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6035040" cy="85779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znaki-0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35040" cy="85779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03C6E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03C6E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03C6E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