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FORMULARZ OFERTOWY</w:t>
      </w:r>
    </w:p>
    <w:p>
      <w:pPr>
        <w:pStyle w:val="Subtitle"/>
      </w:pPr>
      <w:r>
        <w:t>Załącznik nr 2 do zapytania SPZOZ/POZ/ROB/01/2026</w:t>
      </w:r>
    </w:p>
    <w:p>
      <w:pPr>
        <w:pStyle w:val="Caption"/>
      </w:pPr>
      <w:r>
        <w:t>SPZOZ w Przytyku · Podgajek, ul. Kościelna 15, 26-650 Przytyk · NIP 9482131483 · spzozprzytyk@op.pl</w:t>
      </w:r>
    </w:p>
    <w:p>
      <w:r>
        <w:t>Wykonawca (pełna nazwa): ................................................................................................................</w:t>
      </w:r>
    </w:p>
    <w:p>
      <w:r>
        <w:t>Adres: ................................................................................................................................................</w:t>
      </w:r>
    </w:p>
    <w:p>
      <w:r>
        <w:t>NIP / REGON: ....................................................  E-mail / telefon: ...................................................</w:t>
      </w:r>
    </w:p>
    <w:p>
      <w:r>
        <w:t>Osoba upoważniona do reprezentacji: ................................................................................................</w:t>
      </w:r>
    </w:p>
    <w:p>
      <w:pPr>
        <w:pStyle w:val="Heading1"/>
      </w:pPr>
      <w:r>
        <w:t>Oferowana cena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Cena netto (PLN)</w:t>
            </w:r>
          </w:p>
        </w:tc>
        <w:tc>
          <w:tcPr>
            <w:tcW w:type="dxa" w:w="3264"/>
          </w:tcPr>
          <w:p>
            <w:r>
              <w:t>VAT – stawka i kwota (PLN)</w:t>
            </w:r>
          </w:p>
        </w:tc>
        <w:tc>
          <w:tcPr>
            <w:tcW w:type="dxa" w:w="3264"/>
          </w:tcPr>
          <w:p>
            <w:r>
              <w:t>Cena brutto (PLN)</w:t>
            </w:r>
          </w:p>
        </w:tc>
      </w:tr>
      <w:tr>
        <w:tc>
          <w:tcPr>
            <w:tcW w:type="dxa" w:w="3264"/>
          </w:tcPr>
          <w:p>
            <w:r>
              <w:t>................................</w:t>
            </w:r>
          </w:p>
        </w:tc>
        <w:tc>
          <w:tcPr>
            <w:tcW w:type="dxa" w:w="3264"/>
          </w:tcPr>
          <w:p>
            <w:r>
              <w:t>................................</w:t>
            </w:r>
          </w:p>
        </w:tc>
        <w:tc>
          <w:tcPr>
            <w:tcW w:type="dxa" w:w="3264"/>
          </w:tcPr>
          <w:p>
            <w:r>
              <w:t>................................</w:t>
            </w:r>
          </w:p>
        </w:tc>
      </w:tr>
    </w:tbl>
    <w:p>
      <w:r>
        <w:t>Słownie cena brutto: .......................................................................................................................</w:t>
      </w:r>
    </w:p>
    <w:p>
      <w:r>
        <w:t>Oferowany okres gwarancji na całość robót i zamontowane elementy (zaznaczyć): ☐ 24 miesiące  ☐ 36 miesięcy  ☐ 48 miesięcy  ☐ więcej: ........ miesięcy.</w:t>
      </w:r>
    </w:p>
    <w:p>
      <w:r>
        <w:t>Oświadczam, że: 1) zapoznałem(-am) się z OPZ i projektem umowy oraz akceptuję je bez zastrzeżeń; 2) cena zawiera całość kosztów realizacji; 3) wykonam pełny zakres prac w terminie 2–13.11.2026 r.; 4) oferta pozostaje ważna 30 dni od terminu składania ofert; 5) dokumenty złożone wraz z ofertą są prawdziwe; 6) zapewnię właściwe kwalifikacje personelu i dokumenty odbiorowe.</w:t>
      </w:r>
    </w:p>
    <w:p>
      <w:r>
        <w:t>Załączniki: ☐ oświadczenie wykonawcy  ☐ oświadczenie dotyczące Rosji  ☐ pełnomocnictwo (jeżeli dotyczy).</w:t>
      </w:r>
    </w:p>
    <w:p>
      <w:r>
        <w:t>Miejscowość, data: ...........................................     Podpis osoby uprawnionej: ...........................................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FEnIKS POZ · SPZOZ/POZ/ROB/01/2026 · 26.10.2026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035040" cy="85779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znaki-0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5040" cy="85779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3C6E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03C6E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03C6E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